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F6989" w14:textId="1117A98B" w:rsidR="00C140BE" w:rsidRPr="00995DD2" w:rsidRDefault="00995DD2" w:rsidP="00995DD2">
      <w:pPr>
        <w:jc w:val="right"/>
        <w:rPr>
          <w:rFonts w:ascii="Aptos Light" w:hAnsi="Aptos Light"/>
          <w:sz w:val="24"/>
          <w:szCs w:val="24"/>
          <w:lang w:val="es-UY"/>
        </w:rPr>
      </w:pPr>
      <w:r>
        <w:rPr>
          <w:rFonts w:ascii="Aptos Light" w:hAnsi="Aptos Light"/>
          <w:sz w:val="24"/>
          <w:szCs w:val="24"/>
          <w:lang w:val="es-UY"/>
        </w:rPr>
        <w:t>[localidad],</w:t>
      </w:r>
      <w:r w:rsidR="00135DF0" w:rsidRPr="00995DD2">
        <w:rPr>
          <w:rFonts w:ascii="Aptos Light" w:hAnsi="Aptos Light"/>
          <w:sz w:val="24"/>
          <w:szCs w:val="24"/>
          <w:lang w:val="es-UY"/>
        </w:rPr>
        <w:t xml:space="preserve"> [fecha]</w:t>
      </w:r>
    </w:p>
    <w:p w14:paraId="5068A9D5" w14:textId="693EC410" w:rsidR="00995DD2" w:rsidRPr="00995DD2" w:rsidRDefault="00995DD2" w:rsidP="00995DD2">
      <w:pPr>
        <w:rPr>
          <w:lang w:val="es-UY"/>
        </w:rPr>
      </w:pPr>
    </w:p>
    <w:p w14:paraId="12B4A983" w14:textId="77777777" w:rsidR="00AC1116" w:rsidRDefault="00AC1116">
      <w:pPr>
        <w:rPr>
          <w:rFonts w:ascii="Aptos Light" w:hAnsi="Aptos Light"/>
          <w:sz w:val="24"/>
          <w:szCs w:val="24"/>
          <w:lang w:val="es-UY"/>
        </w:rPr>
      </w:pPr>
    </w:p>
    <w:p w14:paraId="15824605" w14:textId="2F380215" w:rsidR="00310B86" w:rsidRPr="00995DD2" w:rsidRDefault="00135DF0">
      <w:pPr>
        <w:rPr>
          <w:rFonts w:ascii="Aptos Light" w:hAnsi="Aptos Light"/>
          <w:sz w:val="24"/>
          <w:szCs w:val="24"/>
          <w:lang w:val="es-UY"/>
        </w:rPr>
      </w:pPr>
      <w:r w:rsidRPr="00995DD2">
        <w:rPr>
          <w:rFonts w:ascii="Aptos Light" w:hAnsi="Aptos Light"/>
          <w:sz w:val="24"/>
          <w:szCs w:val="24"/>
          <w:lang w:val="es-UY"/>
        </w:rPr>
        <w:t>De nuestra consideración:</w:t>
      </w:r>
    </w:p>
    <w:p w14:paraId="41C4F586" w14:textId="06670302" w:rsidR="00310B86" w:rsidRPr="00995DD2" w:rsidRDefault="00135DF0">
      <w:pPr>
        <w:rPr>
          <w:rFonts w:ascii="Aptos Light" w:hAnsi="Aptos Light"/>
          <w:sz w:val="24"/>
          <w:szCs w:val="24"/>
          <w:lang w:val="es-UY"/>
        </w:rPr>
      </w:pPr>
      <w:r w:rsidRPr="00995DD2">
        <w:rPr>
          <w:rFonts w:ascii="Aptos Light" w:hAnsi="Aptos Light"/>
          <w:sz w:val="24"/>
          <w:szCs w:val="24"/>
          <w:lang w:val="es-UY"/>
        </w:rPr>
        <w:t>Por la presente, [Razón social de la empresa], RUT [RUT empresa], en adelante “la empresa”, expresa su interés en renovar su compromiso de participación como Empresa Formadora en el marco del proyecto de Formación Dual “[nombre del proyecto]”, desarrollado en conjunto con [nombre de la ECA]</w:t>
      </w:r>
      <w:r w:rsidR="00C140BE" w:rsidRPr="00995DD2">
        <w:rPr>
          <w:rFonts w:ascii="Aptos Light" w:hAnsi="Aptos Light"/>
          <w:sz w:val="24"/>
          <w:szCs w:val="24"/>
          <w:lang w:val="es-UY"/>
        </w:rPr>
        <w:t xml:space="preserve"> ejecutado entre el [fecha de inicio – mes </w:t>
      </w:r>
      <w:r w:rsidR="00276E5D">
        <w:rPr>
          <w:rFonts w:ascii="Aptos Light" w:hAnsi="Aptos Light"/>
          <w:sz w:val="24"/>
          <w:szCs w:val="24"/>
          <w:lang w:val="es-UY"/>
        </w:rPr>
        <w:t>y</w:t>
      </w:r>
      <w:r w:rsidR="00C140BE" w:rsidRPr="00995DD2">
        <w:rPr>
          <w:rFonts w:ascii="Aptos Light" w:hAnsi="Aptos Light"/>
          <w:sz w:val="24"/>
          <w:szCs w:val="24"/>
          <w:lang w:val="es-UY"/>
        </w:rPr>
        <w:t xml:space="preserve"> año] y el [fecha de finalización – mes </w:t>
      </w:r>
      <w:r w:rsidR="00276E5D">
        <w:rPr>
          <w:rFonts w:ascii="Aptos Light" w:hAnsi="Aptos Light"/>
          <w:sz w:val="24"/>
          <w:szCs w:val="24"/>
          <w:lang w:val="es-UY"/>
        </w:rPr>
        <w:t>y</w:t>
      </w:r>
      <w:r w:rsidR="00C140BE" w:rsidRPr="00995DD2">
        <w:rPr>
          <w:rFonts w:ascii="Aptos Light" w:hAnsi="Aptos Light"/>
          <w:sz w:val="24"/>
          <w:szCs w:val="24"/>
          <w:lang w:val="es-UY"/>
        </w:rPr>
        <w:t xml:space="preserve"> año]</w:t>
      </w:r>
      <w:r w:rsidRPr="00995DD2">
        <w:rPr>
          <w:rFonts w:ascii="Aptos Light" w:hAnsi="Aptos Light"/>
          <w:sz w:val="24"/>
          <w:szCs w:val="24"/>
          <w:lang w:val="es-UY"/>
        </w:rPr>
        <w:t>.</w:t>
      </w:r>
    </w:p>
    <w:p w14:paraId="3C0BE900" w14:textId="77777777" w:rsidR="00310B86" w:rsidRPr="00995DD2" w:rsidRDefault="00135DF0">
      <w:pPr>
        <w:rPr>
          <w:rFonts w:ascii="Aptos Light" w:hAnsi="Aptos Light"/>
          <w:sz w:val="24"/>
          <w:szCs w:val="24"/>
          <w:lang w:val="es-UY"/>
        </w:rPr>
      </w:pPr>
      <w:r w:rsidRPr="00995DD2">
        <w:rPr>
          <w:rFonts w:ascii="Aptos Light" w:hAnsi="Aptos Light"/>
          <w:sz w:val="24"/>
          <w:szCs w:val="24"/>
          <w:lang w:val="es-UY"/>
        </w:rPr>
        <w:t>La presente renovación se enmarca en el mecanismo de renovación de proyectos de Formación Dual de INEFOP, en el marco del cual la empresa ratifica su voluntad de continuidad en la implementación de la propuesta formativa.</w:t>
      </w:r>
    </w:p>
    <w:p w14:paraId="2FF67E3E" w14:textId="77777777" w:rsidR="00310B86" w:rsidRPr="00995DD2" w:rsidRDefault="00135DF0">
      <w:pPr>
        <w:rPr>
          <w:rFonts w:ascii="Aptos Light" w:hAnsi="Aptos Light"/>
          <w:sz w:val="24"/>
          <w:szCs w:val="24"/>
          <w:lang w:val="es-UY"/>
        </w:rPr>
      </w:pPr>
      <w:r w:rsidRPr="00995DD2">
        <w:rPr>
          <w:rFonts w:ascii="Aptos Light" w:hAnsi="Aptos Light"/>
          <w:sz w:val="24"/>
          <w:szCs w:val="24"/>
          <w:lang w:val="es-UY"/>
        </w:rPr>
        <w:t>La empresa deja constancia de que la presente renovación refiere a la continuidad del proyecto en sus características sustantivas originales, manteniendo su diseño formativo, estructura y objetivos, sin perjuicio de los ajustes operativos admitidos por la normativa vigente.</w:t>
      </w:r>
    </w:p>
    <w:p w14:paraId="1E55D0D0" w14:textId="77777777" w:rsidR="00310B86" w:rsidRPr="00995DD2" w:rsidRDefault="00135DF0">
      <w:pPr>
        <w:rPr>
          <w:rFonts w:ascii="Aptos Light" w:hAnsi="Aptos Light"/>
          <w:sz w:val="24"/>
          <w:szCs w:val="24"/>
          <w:lang w:val="es-UY"/>
        </w:rPr>
      </w:pPr>
      <w:r w:rsidRPr="00995DD2">
        <w:rPr>
          <w:rFonts w:ascii="Aptos Light" w:hAnsi="Aptos Light"/>
          <w:sz w:val="24"/>
          <w:szCs w:val="24"/>
          <w:lang w:val="es-UY"/>
        </w:rPr>
        <w:t>En este sentido, la empresa manifiesta haber participado activamente en la ejecución del proyecto original en las instancias de diseño curricular, implementación, seguimiento y evaluación, y ratifica la vigencia de la alianza con la entidad de capacitación, comprometiéndose a su continuidad en el marco de la presente renovación.</w:t>
      </w:r>
    </w:p>
    <w:p w14:paraId="5D388F8E" w14:textId="6368D9BB" w:rsidR="00310B86" w:rsidRPr="00995DD2" w:rsidRDefault="00135DF0">
      <w:pPr>
        <w:rPr>
          <w:rFonts w:ascii="Aptos Light" w:hAnsi="Aptos Light"/>
          <w:sz w:val="24"/>
          <w:szCs w:val="24"/>
          <w:lang w:val="es-UY"/>
        </w:rPr>
      </w:pPr>
      <w:r w:rsidRPr="00995DD2">
        <w:rPr>
          <w:rFonts w:ascii="Aptos Light" w:hAnsi="Aptos Light"/>
          <w:sz w:val="24"/>
          <w:szCs w:val="24"/>
          <w:lang w:val="es-UY"/>
        </w:rPr>
        <w:t>Asimismo, la empresa se compromete a incorporar a [cantidad de aprendices] aprendices en el área de [área/sector], en el marco</w:t>
      </w:r>
      <w:r w:rsidR="00F02123">
        <w:rPr>
          <w:rFonts w:ascii="Aptos Light" w:hAnsi="Aptos Light"/>
          <w:sz w:val="24"/>
          <w:szCs w:val="24"/>
          <w:lang w:val="es-UY"/>
        </w:rPr>
        <w:t xml:space="preserve"> de formación en la empresa</w:t>
      </w:r>
      <w:r w:rsidRPr="00995DD2">
        <w:rPr>
          <w:rFonts w:ascii="Aptos Light" w:hAnsi="Aptos Light"/>
          <w:sz w:val="24"/>
          <w:szCs w:val="24"/>
          <w:lang w:val="es-UY"/>
        </w:rPr>
        <w:t>, con una carga horaria estimada de [carga horaria total] horas totales, distribuidas en [carga horaria semanal] horas semanales.</w:t>
      </w:r>
    </w:p>
    <w:p w14:paraId="5DE82C2D" w14:textId="07DC4D60" w:rsidR="00310B86" w:rsidRPr="00995DD2" w:rsidRDefault="00135DF0">
      <w:pPr>
        <w:rPr>
          <w:rFonts w:ascii="Aptos Light" w:hAnsi="Aptos Light"/>
          <w:sz w:val="24"/>
          <w:szCs w:val="24"/>
          <w:lang w:val="es-UY"/>
        </w:rPr>
      </w:pPr>
      <w:r w:rsidRPr="00995DD2">
        <w:rPr>
          <w:rFonts w:ascii="Aptos Light" w:hAnsi="Aptos Light"/>
          <w:sz w:val="24"/>
          <w:szCs w:val="24"/>
          <w:lang w:val="es-UY"/>
        </w:rPr>
        <w:t>La</w:t>
      </w:r>
      <w:r w:rsidR="002B6DF8">
        <w:rPr>
          <w:rFonts w:ascii="Aptos Light" w:hAnsi="Aptos Light"/>
          <w:sz w:val="24"/>
          <w:szCs w:val="24"/>
          <w:lang w:val="es-UY"/>
        </w:rPr>
        <w:t xml:space="preserve"> formación en la empresa </w:t>
      </w:r>
      <w:r w:rsidRPr="00995DD2">
        <w:rPr>
          <w:rFonts w:ascii="Aptos Light" w:hAnsi="Aptos Light"/>
          <w:sz w:val="24"/>
          <w:szCs w:val="24"/>
          <w:lang w:val="es-UY"/>
        </w:rPr>
        <w:t>tendrá las siguientes fechas estimadas:</w:t>
      </w:r>
      <w:r w:rsidRPr="00995DD2">
        <w:rPr>
          <w:rFonts w:ascii="Aptos Light" w:hAnsi="Aptos Light"/>
          <w:sz w:val="24"/>
          <w:szCs w:val="24"/>
          <w:lang w:val="es-UY"/>
        </w:rPr>
        <w:br/>
        <w:t xml:space="preserve">Fecha de inicio </w:t>
      </w:r>
      <w:proofErr w:type="gramStart"/>
      <w:r w:rsidRPr="00995DD2">
        <w:rPr>
          <w:rFonts w:ascii="Aptos Light" w:hAnsi="Aptos Light"/>
          <w:sz w:val="24"/>
          <w:szCs w:val="24"/>
          <w:lang w:val="es-UY"/>
        </w:rPr>
        <w:t>de</w:t>
      </w:r>
      <w:r w:rsidR="002B6DF8">
        <w:rPr>
          <w:rFonts w:ascii="Aptos Light" w:hAnsi="Aptos Light"/>
          <w:sz w:val="24"/>
          <w:szCs w:val="24"/>
          <w:lang w:val="es-UY"/>
        </w:rPr>
        <w:t>la</w:t>
      </w:r>
      <w:proofErr w:type="gramEnd"/>
      <w:r w:rsidR="002B6DF8">
        <w:rPr>
          <w:rFonts w:ascii="Aptos Light" w:hAnsi="Aptos Light"/>
          <w:sz w:val="24"/>
          <w:szCs w:val="24"/>
          <w:lang w:val="es-UY"/>
        </w:rPr>
        <w:t xml:space="preserve"> formación</w:t>
      </w:r>
      <w:r w:rsidRPr="00995DD2">
        <w:rPr>
          <w:rFonts w:ascii="Aptos Light" w:hAnsi="Aptos Light"/>
          <w:sz w:val="24"/>
          <w:szCs w:val="24"/>
          <w:lang w:val="es-UY"/>
        </w:rPr>
        <w:t>: [fecha inicio prácticas]</w:t>
      </w:r>
      <w:r w:rsidRPr="00995DD2">
        <w:rPr>
          <w:rFonts w:ascii="Aptos Light" w:hAnsi="Aptos Light"/>
          <w:sz w:val="24"/>
          <w:szCs w:val="24"/>
          <w:lang w:val="es-UY"/>
        </w:rPr>
        <w:br/>
        <w:t>Fecha de finalización de</w:t>
      </w:r>
      <w:r w:rsidR="002B6DF8">
        <w:rPr>
          <w:rFonts w:ascii="Aptos Light" w:hAnsi="Aptos Light"/>
          <w:sz w:val="24"/>
          <w:szCs w:val="24"/>
          <w:lang w:val="es-UY"/>
        </w:rPr>
        <w:t xml:space="preserve"> la formación</w:t>
      </w:r>
      <w:r w:rsidRPr="00995DD2">
        <w:rPr>
          <w:rFonts w:ascii="Aptos Light" w:hAnsi="Aptos Light"/>
          <w:sz w:val="24"/>
          <w:szCs w:val="24"/>
          <w:lang w:val="es-UY"/>
        </w:rPr>
        <w:t>: [fecha fin prácticas]</w:t>
      </w:r>
    </w:p>
    <w:p w14:paraId="2EF3A246" w14:textId="77777777" w:rsidR="00310B86" w:rsidRPr="00995DD2" w:rsidRDefault="00135DF0">
      <w:pPr>
        <w:rPr>
          <w:rFonts w:ascii="Aptos Light" w:hAnsi="Aptos Light"/>
          <w:sz w:val="24"/>
          <w:szCs w:val="24"/>
          <w:lang w:val="es-UY"/>
        </w:rPr>
      </w:pPr>
      <w:r w:rsidRPr="00995DD2">
        <w:rPr>
          <w:rFonts w:ascii="Aptos Light" w:hAnsi="Aptos Light"/>
          <w:sz w:val="24"/>
          <w:szCs w:val="24"/>
          <w:lang w:val="es-UY"/>
        </w:rPr>
        <w:t>La empresa designa a las siguientes personas como tutores/as responsables del acompañamiento del proceso formativo:</w:t>
      </w:r>
    </w:p>
    <w:tbl>
      <w:tblP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85" w:type="dxa"/>
          <w:bottom w:w="85" w:type="dxa"/>
        </w:tblCellMar>
        <w:tblLook w:val="04A0" w:firstRow="1" w:lastRow="0" w:firstColumn="1" w:lastColumn="0" w:noHBand="0" w:noVBand="1"/>
      </w:tblPr>
      <w:tblGrid>
        <w:gridCol w:w="2880"/>
        <w:gridCol w:w="2880"/>
        <w:gridCol w:w="2880"/>
      </w:tblGrid>
      <w:tr w:rsidR="00310B86" w:rsidRPr="00995DD2" w14:paraId="71EDC342" w14:textId="77777777" w:rsidTr="00E27940">
        <w:trPr>
          <w:trHeight w:val="15"/>
          <w:tblHeader/>
        </w:trPr>
        <w:tc>
          <w:tcPr>
            <w:tcW w:w="2880" w:type="dxa"/>
            <w:shd w:val="clear" w:color="auto" w:fill="F2F2F2" w:themeFill="background1" w:themeFillShade="F2"/>
            <w:vAlign w:val="center"/>
          </w:tcPr>
          <w:p w14:paraId="53A52ECC" w14:textId="77777777" w:rsidR="00310B86" w:rsidRPr="00E27940" w:rsidRDefault="00135DF0" w:rsidP="00E27940">
            <w:pPr>
              <w:spacing w:after="0" w:line="240" w:lineRule="auto"/>
              <w:rPr>
                <w:rFonts w:ascii="Aptos" w:hAnsi="Aptos"/>
                <w:b/>
                <w:bCs/>
                <w:sz w:val="24"/>
                <w:szCs w:val="24"/>
              </w:rPr>
            </w:pPr>
            <w:r w:rsidRPr="00E27940">
              <w:rPr>
                <w:rFonts w:ascii="Aptos" w:hAnsi="Aptos"/>
                <w:b/>
                <w:bCs/>
                <w:sz w:val="24"/>
                <w:szCs w:val="24"/>
              </w:rPr>
              <w:lastRenderedPageBreak/>
              <w:t>Tutor/a</w:t>
            </w:r>
          </w:p>
        </w:tc>
        <w:tc>
          <w:tcPr>
            <w:tcW w:w="2880" w:type="dxa"/>
            <w:shd w:val="clear" w:color="auto" w:fill="F2F2F2" w:themeFill="background1" w:themeFillShade="F2"/>
            <w:vAlign w:val="center"/>
          </w:tcPr>
          <w:p w14:paraId="03011A03" w14:textId="77777777" w:rsidR="00310B86" w:rsidRPr="00E27940" w:rsidRDefault="00135DF0" w:rsidP="00E27940">
            <w:pPr>
              <w:spacing w:after="0" w:line="240" w:lineRule="auto"/>
              <w:rPr>
                <w:rFonts w:ascii="Aptos" w:hAnsi="Aptos"/>
                <w:b/>
                <w:bCs/>
                <w:sz w:val="24"/>
                <w:szCs w:val="24"/>
              </w:rPr>
            </w:pPr>
            <w:r w:rsidRPr="00E27940">
              <w:rPr>
                <w:rFonts w:ascii="Aptos" w:hAnsi="Aptos"/>
                <w:b/>
                <w:bCs/>
                <w:sz w:val="24"/>
                <w:szCs w:val="24"/>
              </w:rPr>
              <w:t>C.I.</w:t>
            </w:r>
          </w:p>
        </w:tc>
        <w:tc>
          <w:tcPr>
            <w:tcW w:w="2880" w:type="dxa"/>
            <w:shd w:val="clear" w:color="auto" w:fill="F2F2F2" w:themeFill="background1" w:themeFillShade="F2"/>
            <w:vAlign w:val="center"/>
          </w:tcPr>
          <w:p w14:paraId="5C4F86A8" w14:textId="77777777" w:rsidR="00310B86" w:rsidRPr="00E27940" w:rsidRDefault="00135DF0" w:rsidP="00E27940">
            <w:pPr>
              <w:spacing w:after="0" w:line="240" w:lineRule="auto"/>
              <w:rPr>
                <w:rFonts w:ascii="Aptos" w:hAnsi="Aptos"/>
                <w:b/>
                <w:bCs/>
                <w:sz w:val="24"/>
                <w:szCs w:val="24"/>
              </w:rPr>
            </w:pPr>
            <w:r w:rsidRPr="00E27940">
              <w:rPr>
                <w:rFonts w:ascii="Aptos" w:hAnsi="Aptos"/>
                <w:b/>
                <w:bCs/>
                <w:sz w:val="24"/>
                <w:szCs w:val="24"/>
              </w:rPr>
              <w:t>Puesto</w:t>
            </w:r>
          </w:p>
        </w:tc>
      </w:tr>
      <w:tr w:rsidR="00310B86" w:rsidRPr="00995DD2" w14:paraId="15F6D0BF" w14:textId="77777777" w:rsidTr="00E27940">
        <w:tc>
          <w:tcPr>
            <w:tcW w:w="2880" w:type="dxa"/>
            <w:vAlign w:val="center"/>
          </w:tcPr>
          <w:p w14:paraId="49689EDB" w14:textId="77777777" w:rsidR="00310B86" w:rsidRPr="00E27940" w:rsidRDefault="00135DF0" w:rsidP="00E27940">
            <w:pPr>
              <w:spacing w:after="0" w:line="240" w:lineRule="auto"/>
              <w:rPr>
                <w:rFonts w:ascii="Aptos Light" w:hAnsi="Aptos Light"/>
                <w:sz w:val="24"/>
                <w:szCs w:val="24"/>
              </w:rPr>
            </w:pPr>
            <w:r w:rsidRPr="00E27940">
              <w:rPr>
                <w:rFonts w:ascii="Aptos Light" w:hAnsi="Aptos Light"/>
                <w:sz w:val="24"/>
                <w:szCs w:val="24"/>
              </w:rPr>
              <w:t>[Nombre]</w:t>
            </w:r>
          </w:p>
        </w:tc>
        <w:tc>
          <w:tcPr>
            <w:tcW w:w="2880" w:type="dxa"/>
            <w:vAlign w:val="center"/>
          </w:tcPr>
          <w:p w14:paraId="4DA31658" w14:textId="77777777" w:rsidR="00310B86" w:rsidRPr="00E27940" w:rsidRDefault="00135DF0" w:rsidP="00E27940">
            <w:pPr>
              <w:spacing w:after="0" w:line="240" w:lineRule="auto"/>
              <w:rPr>
                <w:rFonts w:ascii="Aptos Light" w:hAnsi="Aptos Light"/>
                <w:sz w:val="24"/>
                <w:szCs w:val="24"/>
              </w:rPr>
            </w:pPr>
            <w:r w:rsidRPr="00E27940">
              <w:rPr>
                <w:rFonts w:ascii="Aptos Light" w:hAnsi="Aptos Light"/>
                <w:sz w:val="24"/>
                <w:szCs w:val="24"/>
              </w:rPr>
              <w:t>[CI]</w:t>
            </w:r>
          </w:p>
        </w:tc>
        <w:tc>
          <w:tcPr>
            <w:tcW w:w="2880" w:type="dxa"/>
            <w:vAlign w:val="center"/>
          </w:tcPr>
          <w:p w14:paraId="049CFF32" w14:textId="77777777" w:rsidR="00310B86" w:rsidRPr="00E27940" w:rsidRDefault="00135DF0" w:rsidP="00E27940">
            <w:pPr>
              <w:spacing w:after="0" w:line="240" w:lineRule="auto"/>
              <w:rPr>
                <w:rFonts w:ascii="Aptos Light" w:hAnsi="Aptos Light"/>
                <w:sz w:val="24"/>
                <w:szCs w:val="24"/>
              </w:rPr>
            </w:pPr>
            <w:r w:rsidRPr="00E27940">
              <w:rPr>
                <w:rFonts w:ascii="Aptos Light" w:hAnsi="Aptos Light"/>
                <w:sz w:val="24"/>
                <w:szCs w:val="24"/>
              </w:rPr>
              <w:t>[Puesto]</w:t>
            </w:r>
          </w:p>
        </w:tc>
      </w:tr>
      <w:tr w:rsidR="00310B86" w:rsidRPr="00995DD2" w14:paraId="4C3A2566" w14:textId="77777777" w:rsidTr="00E27940">
        <w:tc>
          <w:tcPr>
            <w:tcW w:w="2880" w:type="dxa"/>
            <w:vAlign w:val="center"/>
          </w:tcPr>
          <w:p w14:paraId="38B2EFFA" w14:textId="77777777" w:rsidR="00310B86" w:rsidRPr="00E27940" w:rsidRDefault="00135DF0" w:rsidP="00E27940">
            <w:pPr>
              <w:spacing w:after="0" w:line="240" w:lineRule="auto"/>
              <w:rPr>
                <w:rFonts w:ascii="Aptos Light" w:hAnsi="Aptos Light"/>
                <w:sz w:val="24"/>
                <w:szCs w:val="24"/>
              </w:rPr>
            </w:pPr>
            <w:r w:rsidRPr="00E27940">
              <w:rPr>
                <w:rFonts w:ascii="Aptos Light" w:hAnsi="Aptos Light"/>
                <w:sz w:val="24"/>
                <w:szCs w:val="24"/>
              </w:rPr>
              <w:t>[Nombre]</w:t>
            </w:r>
          </w:p>
        </w:tc>
        <w:tc>
          <w:tcPr>
            <w:tcW w:w="2880" w:type="dxa"/>
            <w:vAlign w:val="center"/>
          </w:tcPr>
          <w:p w14:paraId="43AD1353" w14:textId="77777777" w:rsidR="00310B86" w:rsidRPr="00E27940" w:rsidRDefault="00135DF0" w:rsidP="00E27940">
            <w:pPr>
              <w:spacing w:after="0" w:line="240" w:lineRule="auto"/>
              <w:rPr>
                <w:rFonts w:ascii="Aptos Light" w:hAnsi="Aptos Light"/>
                <w:sz w:val="24"/>
                <w:szCs w:val="24"/>
              </w:rPr>
            </w:pPr>
            <w:r w:rsidRPr="00E27940">
              <w:rPr>
                <w:rFonts w:ascii="Aptos Light" w:hAnsi="Aptos Light"/>
                <w:sz w:val="24"/>
                <w:szCs w:val="24"/>
              </w:rPr>
              <w:t>[CI]</w:t>
            </w:r>
          </w:p>
        </w:tc>
        <w:tc>
          <w:tcPr>
            <w:tcW w:w="2880" w:type="dxa"/>
            <w:vAlign w:val="center"/>
          </w:tcPr>
          <w:p w14:paraId="61CB3842" w14:textId="77777777" w:rsidR="00310B86" w:rsidRPr="00E27940" w:rsidRDefault="00135DF0" w:rsidP="00E27940">
            <w:pPr>
              <w:spacing w:after="0" w:line="240" w:lineRule="auto"/>
              <w:rPr>
                <w:rFonts w:ascii="Aptos Light" w:hAnsi="Aptos Light"/>
                <w:sz w:val="24"/>
                <w:szCs w:val="24"/>
              </w:rPr>
            </w:pPr>
            <w:r w:rsidRPr="00E27940">
              <w:rPr>
                <w:rFonts w:ascii="Aptos Light" w:hAnsi="Aptos Light"/>
                <w:sz w:val="24"/>
                <w:szCs w:val="24"/>
              </w:rPr>
              <w:t>[Puesto]</w:t>
            </w:r>
          </w:p>
        </w:tc>
      </w:tr>
      <w:tr w:rsidR="00310B86" w:rsidRPr="00995DD2" w14:paraId="57D911F3" w14:textId="77777777" w:rsidTr="00E27940">
        <w:tc>
          <w:tcPr>
            <w:tcW w:w="2880" w:type="dxa"/>
            <w:vAlign w:val="center"/>
          </w:tcPr>
          <w:p w14:paraId="6DB9A9B2" w14:textId="77777777" w:rsidR="00310B86" w:rsidRPr="00E27940" w:rsidRDefault="00135DF0" w:rsidP="00E27940">
            <w:pPr>
              <w:spacing w:after="0" w:line="240" w:lineRule="auto"/>
              <w:rPr>
                <w:rFonts w:ascii="Aptos Light" w:hAnsi="Aptos Light"/>
                <w:sz w:val="24"/>
                <w:szCs w:val="24"/>
              </w:rPr>
            </w:pPr>
            <w:r w:rsidRPr="00E27940">
              <w:rPr>
                <w:rFonts w:ascii="Aptos Light" w:hAnsi="Aptos Light"/>
                <w:sz w:val="24"/>
                <w:szCs w:val="24"/>
              </w:rPr>
              <w:t>[Nombre]</w:t>
            </w:r>
          </w:p>
        </w:tc>
        <w:tc>
          <w:tcPr>
            <w:tcW w:w="2880" w:type="dxa"/>
            <w:vAlign w:val="center"/>
          </w:tcPr>
          <w:p w14:paraId="06B0043C" w14:textId="77777777" w:rsidR="00310B86" w:rsidRPr="00E27940" w:rsidRDefault="00135DF0" w:rsidP="00E27940">
            <w:pPr>
              <w:spacing w:after="0" w:line="240" w:lineRule="auto"/>
              <w:rPr>
                <w:rFonts w:ascii="Aptos Light" w:hAnsi="Aptos Light"/>
                <w:sz w:val="24"/>
                <w:szCs w:val="24"/>
              </w:rPr>
            </w:pPr>
            <w:r w:rsidRPr="00E27940">
              <w:rPr>
                <w:rFonts w:ascii="Aptos Light" w:hAnsi="Aptos Light"/>
                <w:sz w:val="24"/>
                <w:szCs w:val="24"/>
              </w:rPr>
              <w:t>[CI]</w:t>
            </w:r>
          </w:p>
        </w:tc>
        <w:tc>
          <w:tcPr>
            <w:tcW w:w="2880" w:type="dxa"/>
            <w:vAlign w:val="center"/>
          </w:tcPr>
          <w:p w14:paraId="299F1AEF" w14:textId="77777777" w:rsidR="00310B86" w:rsidRPr="00E27940" w:rsidRDefault="00135DF0" w:rsidP="00E27940">
            <w:pPr>
              <w:spacing w:after="0" w:line="240" w:lineRule="auto"/>
              <w:rPr>
                <w:rFonts w:ascii="Aptos Light" w:hAnsi="Aptos Light"/>
                <w:sz w:val="24"/>
                <w:szCs w:val="24"/>
              </w:rPr>
            </w:pPr>
            <w:r w:rsidRPr="00E27940">
              <w:rPr>
                <w:rFonts w:ascii="Aptos Light" w:hAnsi="Aptos Light"/>
                <w:sz w:val="24"/>
                <w:szCs w:val="24"/>
              </w:rPr>
              <w:t>[Puesto]</w:t>
            </w:r>
          </w:p>
        </w:tc>
      </w:tr>
      <w:tr w:rsidR="00E27940" w:rsidRPr="00995DD2" w14:paraId="0C2CD5B6" w14:textId="77777777" w:rsidTr="00E27940">
        <w:tc>
          <w:tcPr>
            <w:tcW w:w="2880" w:type="dxa"/>
            <w:vAlign w:val="center"/>
          </w:tcPr>
          <w:p w14:paraId="4EF9174D" w14:textId="531C6536" w:rsidR="00E27940" w:rsidRPr="00E27940" w:rsidRDefault="00E27940" w:rsidP="00E27940">
            <w:pPr>
              <w:spacing w:after="0" w:line="240" w:lineRule="auto"/>
              <w:rPr>
                <w:rFonts w:ascii="Aptos Light" w:hAnsi="Aptos Light"/>
                <w:sz w:val="24"/>
                <w:szCs w:val="24"/>
              </w:rPr>
            </w:pPr>
            <w:r w:rsidRPr="00E27940">
              <w:rPr>
                <w:rFonts w:ascii="Aptos Light" w:hAnsi="Aptos Light"/>
                <w:sz w:val="24"/>
                <w:szCs w:val="24"/>
              </w:rPr>
              <w:t>[Nombre]</w:t>
            </w:r>
          </w:p>
        </w:tc>
        <w:tc>
          <w:tcPr>
            <w:tcW w:w="2880" w:type="dxa"/>
            <w:vAlign w:val="center"/>
          </w:tcPr>
          <w:p w14:paraId="44FFCB79" w14:textId="0363B14C" w:rsidR="00E27940" w:rsidRPr="00E27940" w:rsidRDefault="00E27940" w:rsidP="00E27940">
            <w:pPr>
              <w:spacing w:after="0" w:line="240" w:lineRule="auto"/>
              <w:rPr>
                <w:rFonts w:ascii="Aptos Light" w:hAnsi="Aptos Light"/>
                <w:sz w:val="24"/>
                <w:szCs w:val="24"/>
              </w:rPr>
            </w:pPr>
            <w:r w:rsidRPr="00E27940">
              <w:rPr>
                <w:rFonts w:ascii="Aptos Light" w:hAnsi="Aptos Light"/>
                <w:sz w:val="24"/>
                <w:szCs w:val="24"/>
              </w:rPr>
              <w:t>[CI]</w:t>
            </w:r>
          </w:p>
        </w:tc>
        <w:tc>
          <w:tcPr>
            <w:tcW w:w="2880" w:type="dxa"/>
            <w:vAlign w:val="center"/>
          </w:tcPr>
          <w:p w14:paraId="242DCD61" w14:textId="22955A92" w:rsidR="00E27940" w:rsidRPr="00E27940" w:rsidRDefault="00E27940" w:rsidP="00E27940">
            <w:pPr>
              <w:spacing w:after="0" w:line="240" w:lineRule="auto"/>
              <w:rPr>
                <w:rFonts w:ascii="Aptos Light" w:hAnsi="Aptos Light"/>
                <w:sz w:val="24"/>
                <w:szCs w:val="24"/>
              </w:rPr>
            </w:pPr>
            <w:r w:rsidRPr="00E27940">
              <w:rPr>
                <w:rFonts w:ascii="Aptos Light" w:hAnsi="Aptos Light"/>
                <w:sz w:val="24"/>
                <w:szCs w:val="24"/>
              </w:rPr>
              <w:t>[Puesto]</w:t>
            </w:r>
          </w:p>
        </w:tc>
      </w:tr>
      <w:tr w:rsidR="00E27940" w:rsidRPr="00995DD2" w14:paraId="6B5A79AD" w14:textId="77777777" w:rsidTr="00E27940">
        <w:tc>
          <w:tcPr>
            <w:tcW w:w="2880" w:type="dxa"/>
            <w:vAlign w:val="center"/>
          </w:tcPr>
          <w:p w14:paraId="51E19EC7" w14:textId="0D1FBE04" w:rsidR="00E27940" w:rsidRPr="00E27940" w:rsidRDefault="00E27940" w:rsidP="00E27940">
            <w:pPr>
              <w:spacing w:after="0" w:line="240" w:lineRule="auto"/>
              <w:rPr>
                <w:rFonts w:ascii="Aptos Light" w:hAnsi="Aptos Light"/>
                <w:sz w:val="24"/>
                <w:szCs w:val="24"/>
              </w:rPr>
            </w:pPr>
            <w:r w:rsidRPr="00E27940">
              <w:rPr>
                <w:rFonts w:ascii="Aptos Light" w:hAnsi="Aptos Light"/>
                <w:sz w:val="24"/>
                <w:szCs w:val="24"/>
              </w:rPr>
              <w:t>[Nombre]</w:t>
            </w:r>
          </w:p>
        </w:tc>
        <w:tc>
          <w:tcPr>
            <w:tcW w:w="2880" w:type="dxa"/>
            <w:vAlign w:val="center"/>
          </w:tcPr>
          <w:p w14:paraId="5795120E" w14:textId="15C94CA3" w:rsidR="00E27940" w:rsidRPr="00E27940" w:rsidRDefault="00E27940" w:rsidP="00E27940">
            <w:pPr>
              <w:spacing w:after="0" w:line="240" w:lineRule="auto"/>
              <w:rPr>
                <w:rFonts w:ascii="Aptos Light" w:hAnsi="Aptos Light"/>
                <w:sz w:val="24"/>
                <w:szCs w:val="24"/>
              </w:rPr>
            </w:pPr>
            <w:r w:rsidRPr="00E27940">
              <w:rPr>
                <w:rFonts w:ascii="Aptos Light" w:hAnsi="Aptos Light"/>
                <w:sz w:val="24"/>
                <w:szCs w:val="24"/>
              </w:rPr>
              <w:t>[CI]</w:t>
            </w:r>
          </w:p>
        </w:tc>
        <w:tc>
          <w:tcPr>
            <w:tcW w:w="2880" w:type="dxa"/>
            <w:vAlign w:val="center"/>
          </w:tcPr>
          <w:p w14:paraId="0CE29428" w14:textId="668DD0FE" w:rsidR="00E27940" w:rsidRPr="00E27940" w:rsidRDefault="00E27940" w:rsidP="00E27940">
            <w:pPr>
              <w:spacing w:after="0" w:line="240" w:lineRule="auto"/>
              <w:rPr>
                <w:rFonts w:ascii="Aptos Light" w:hAnsi="Aptos Light"/>
                <w:sz w:val="24"/>
                <w:szCs w:val="24"/>
              </w:rPr>
            </w:pPr>
            <w:r w:rsidRPr="00E27940">
              <w:rPr>
                <w:rFonts w:ascii="Aptos Light" w:hAnsi="Aptos Light"/>
                <w:sz w:val="24"/>
                <w:szCs w:val="24"/>
              </w:rPr>
              <w:t>[Puesto]</w:t>
            </w:r>
          </w:p>
        </w:tc>
      </w:tr>
    </w:tbl>
    <w:p w14:paraId="56D4F6C4" w14:textId="12FFE44C" w:rsidR="00310B86" w:rsidRPr="00995DD2" w:rsidRDefault="00135DF0" w:rsidP="00E27940">
      <w:pPr>
        <w:spacing w:before="240"/>
        <w:rPr>
          <w:rFonts w:ascii="Aptos Light" w:hAnsi="Aptos Light"/>
          <w:sz w:val="24"/>
          <w:szCs w:val="24"/>
          <w:lang w:val="es-UY"/>
        </w:rPr>
      </w:pPr>
      <w:r w:rsidRPr="00995DD2">
        <w:rPr>
          <w:rFonts w:ascii="Aptos Light" w:hAnsi="Aptos Light"/>
          <w:sz w:val="24"/>
          <w:szCs w:val="24"/>
          <w:lang w:val="es-UY"/>
        </w:rPr>
        <w:t>Las personas designadas como tutores/as asumirán la responsabilidad de</w:t>
      </w:r>
      <w:r w:rsidR="00995DD2" w:rsidRPr="00995DD2">
        <w:rPr>
          <w:rFonts w:ascii="Aptos Light" w:hAnsi="Aptos Light"/>
          <w:sz w:val="24"/>
          <w:szCs w:val="24"/>
          <w:lang w:val="es-UY"/>
        </w:rPr>
        <w:t xml:space="preserve"> </w:t>
      </w:r>
      <w:r w:rsidRPr="00995DD2">
        <w:rPr>
          <w:rFonts w:ascii="Aptos Light" w:hAnsi="Aptos Light"/>
          <w:sz w:val="24"/>
          <w:szCs w:val="24"/>
          <w:lang w:val="es-UY"/>
        </w:rPr>
        <w:t>acompañar el proceso formativo de los/las aprendices en la empresa, en coordinación con el/la referente educativo/a.</w:t>
      </w:r>
    </w:p>
    <w:p w14:paraId="033B9F1B" w14:textId="77777777" w:rsidR="002E696D" w:rsidRDefault="00135DF0" w:rsidP="002E696D">
      <w:pPr>
        <w:spacing w:after="80"/>
        <w:rPr>
          <w:rFonts w:ascii="Aptos Light" w:hAnsi="Aptos Light"/>
          <w:sz w:val="24"/>
          <w:szCs w:val="24"/>
          <w:lang w:val="es-UY"/>
        </w:rPr>
      </w:pPr>
      <w:r w:rsidRPr="00995DD2">
        <w:rPr>
          <w:rFonts w:ascii="Aptos Light" w:hAnsi="Aptos Light"/>
          <w:sz w:val="24"/>
          <w:szCs w:val="24"/>
          <w:lang w:val="es-UY"/>
        </w:rPr>
        <w:t>En el marco de la presente renovación, la empresa se compromete a:</w:t>
      </w:r>
    </w:p>
    <w:p w14:paraId="00B9EB76" w14:textId="77777777" w:rsidR="002E696D" w:rsidRDefault="00135DF0" w:rsidP="002E696D">
      <w:pPr>
        <w:pStyle w:val="Prrafodelista"/>
        <w:numPr>
          <w:ilvl w:val="0"/>
          <w:numId w:val="10"/>
        </w:numPr>
        <w:spacing w:after="40"/>
        <w:ind w:left="714" w:hanging="357"/>
        <w:contextualSpacing w:val="0"/>
        <w:rPr>
          <w:rFonts w:ascii="Aptos Light" w:hAnsi="Aptos Light"/>
          <w:sz w:val="24"/>
          <w:szCs w:val="24"/>
          <w:lang w:val="es-UY"/>
        </w:rPr>
      </w:pPr>
      <w:r w:rsidRPr="002E696D">
        <w:rPr>
          <w:rFonts w:ascii="Aptos Light" w:hAnsi="Aptos Light"/>
          <w:sz w:val="24"/>
          <w:szCs w:val="24"/>
          <w:lang w:val="es-UY"/>
        </w:rPr>
        <w:t>Participar en el proceso de selección de los/las aprendices en conjunto con la ECA</w:t>
      </w:r>
    </w:p>
    <w:p w14:paraId="68F3DB43" w14:textId="78196162" w:rsidR="002E696D" w:rsidRPr="002E696D" w:rsidRDefault="00135DF0" w:rsidP="002E696D">
      <w:pPr>
        <w:pStyle w:val="Prrafodelista"/>
        <w:numPr>
          <w:ilvl w:val="0"/>
          <w:numId w:val="10"/>
        </w:numPr>
        <w:spacing w:after="40"/>
        <w:ind w:left="714" w:hanging="357"/>
        <w:contextualSpacing w:val="0"/>
        <w:rPr>
          <w:rFonts w:ascii="Aptos Light" w:hAnsi="Aptos Light"/>
          <w:sz w:val="24"/>
          <w:szCs w:val="24"/>
          <w:lang w:val="es-UY"/>
        </w:rPr>
      </w:pPr>
      <w:r w:rsidRPr="002E696D">
        <w:rPr>
          <w:rFonts w:ascii="Aptos Light" w:hAnsi="Aptos Light"/>
          <w:sz w:val="24"/>
          <w:szCs w:val="24"/>
          <w:lang w:val="es-UY"/>
        </w:rPr>
        <w:t>Designar tutores/as responsables, asegurando su disponibilidad para el acompañamiento</w:t>
      </w:r>
    </w:p>
    <w:p w14:paraId="73BF65B9" w14:textId="77777777" w:rsidR="002E696D" w:rsidRPr="002E696D" w:rsidRDefault="00135DF0" w:rsidP="002E696D">
      <w:pPr>
        <w:pStyle w:val="Prrafodelista"/>
        <w:numPr>
          <w:ilvl w:val="0"/>
          <w:numId w:val="10"/>
        </w:numPr>
        <w:spacing w:after="40"/>
        <w:ind w:left="714" w:hanging="357"/>
        <w:contextualSpacing w:val="0"/>
        <w:rPr>
          <w:rFonts w:ascii="Aptos Light" w:hAnsi="Aptos Light"/>
          <w:sz w:val="24"/>
          <w:szCs w:val="24"/>
          <w:lang w:val="es-UY"/>
        </w:rPr>
      </w:pPr>
      <w:r w:rsidRPr="002E696D">
        <w:rPr>
          <w:rFonts w:ascii="Aptos Light" w:hAnsi="Aptos Light"/>
          <w:sz w:val="24"/>
          <w:szCs w:val="24"/>
          <w:lang w:val="es-UY"/>
        </w:rPr>
        <w:t>Garantizar al menos dos instancias de evaluación individual de desempeño por aprendiz</w:t>
      </w:r>
    </w:p>
    <w:p w14:paraId="469C67E3" w14:textId="77777777" w:rsidR="002E696D" w:rsidRDefault="00135DF0" w:rsidP="002E696D">
      <w:pPr>
        <w:pStyle w:val="Prrafodelista"/>
        <w:numPr>
          <w:ilvl w:val="0"/>
          <w:numId w:val="10"/>
        </w:numPr>
        <w:spacing w:after="40"/>
        <w:ind w:left="714" w:hanging="357"/>
        <w:contextualSpacing w:val="0"/>
        <w:rPr>
          <w:rFonts w:ascii="Aptos Light" w:hAnsi="Aptos Light"/>
          <w:sz w:val="24"/>
          <w:szCs w:val="24"/>
          <w:lang w:val="es-UY"/>
        </w:rPr>
      </w:pPr>
      <w:r w:rsidRPr="002E696D">
        <w:rPr>
          <w:rFonts w:ascii="Aptos Light" w:hAnsi="Aptos Light"/>
          <w:sz w:val="24"/>
          <w:szCs w:val="24"/>
          <w:lang w:val="es-UY"/>
        </w:rPr>
        <w:t>Elaborar informes de práctica en empresa</w:t>
      </w:r>
    </w:p>
    <w:p w14:paraId="58FDCF90" w14:textId="223E2EF6" w:rsidR="002E696D" w:rsidRPr="002E696D" w:rsidRDefault="00135DF0" w:rsidP="002E696D">
      <w:pPr>
        <w:pStyle w:val="Prrafodelista"/>
        <w:numPr>
          <w:ilvl w:val="0"/>
          <w:numId w:val="10"/>
        </w:numPr>
        <w:spacing w:after="40"/>
        <w:ind w:left="714" w:hanging="357"/>
        <w:contextualSpacing w:val="0"/>
        <w:rPr>
          <w:rFonts w:ascii="Aptos Light" w:hAnsi="Aptos Light"/>
          <w:sz w:val="24"/>
          <w:szCs w:val="24"/>
          <w:lang w:val="es-UY"/>
        </w:rPr>
      </w:pPr>
      <w:r w:rsidRPr="002E696D">
        <w:rPr>
          <w:rFonts w:ascii="Aptos Light" w:hAnsi="Aptos Light"/>
          <w:sz w:val="24"/>
          <w:szCs w:val="24"/>
          <w:lang w:val="es-UY"/>
        </w:rPr>
        <w:t>Facilitar información para el seguimiento, monitoreo y evaluación del proyecto</w:t>
      </w:r>
    </w:p>
    <w:p w14:paraId="430B9EC3" w14:textId="4C11913E" w:rsidR="00310B86" w:rsidRPr="002E696D" w:rsidRDefault="00135DF0" w:rsidP="002E696D">
      <w:pPr>
        <w:pStyle w:val="Prrafodelista"/>
        <w:numPr>
          <w:ilvl w:val="0"/>
          <w:numId w:val="10"/>
        </w:numPr>
        <w:spacing w:after="40"/>
        <w:ind w:left="714" w:hanging="357"/>
        <w:contextualSpacing w:val="0"/>
        <w:rPr>
          <w:rFonts w:ascii="Aptos Light" w:hAnsi="Aptos Light"/>
          <w:sz w:val="24"/>
          <w:szCs w:val="24"/>
          <w:lang w:val="es-UY"/>
        </w:rPr>
      </w:pPr>
      <w:r w:rsidRPr="002E696D">
        <w:rPr>
          <w:rFonts w:ascii="Aptos Light" w:hAnsi="Aptos Light"/>
          <w:sz w:val="24"/>
          <w:szCs w:val="24"/>
          <w:lang w:val="es-UY"/>
        </w:rPr>
        <w:t>Participar en instancias de coordinación con el/la referente educativo/a</w:t>
      </w:r>
    </w:p>
    <w:p w14:paraId="2FD66559" w14:textId="77777777" w:rsidR="00310B86" w:rsidRPr="00995DD2" w:rsidRDefault="00135DF0" w:rsidP="002E696D">
      <w:pPr>
        <w:spacing w:before="120"/>
        <w:rPr>
          <w:rFonts w:ascii="Aptos Light" w:hAnsi="Aptos Light"/>
          <w:sz w:val="24"/>
          <w:szCs w:val="24"/>
          <w:lang w:val="es-UY"/>
        </w:rPr>
      </w:pPr>
      <w:r w:rsidRPr="00995DD2">
        <w:rPr>
          <w:rFonts w:ascii="Aptos Light" w:hAnsi="Aptos Light"/>
          <w:sz w:val="24"/>
          <w:szCs w:val="24"/>
          <w:lang w:val="es-UY"/>
        </w:rPr>
        <w:t>En este marco, la empresa se compromete a brindar las condiciones e infraestructura necesarias para el desarrollo de la práctica formativa, propiciando un entorno de trabajo adecuado que favorezca el aprendizaje integral de los/las participantes.</w:t>
      </w:r>
    </w:p>
    <w:p w14:paraId="19F0E0A0" w14:textId="77777777" w:rsidR="002B6DF8" w:rsidRDefault="002B6DF8">
      <w:pPr>
        <w:rPr>
          <w:rFonts w:ascii="Aptos Light" w:hAnsi="Aptos Light"/>
          <w:sz w:val="24"/>
          <w:szCs w:val="24"/>
          <w:lang w:val="es-UY"/>
        </w:rPr>
      </w:pPr>
    </w:p>
    <w:p w14:paraId="2AC3FD2A" w14:textId="702D6E64" w:rsidR="00995DD2" w:rsidRPr="00995DD2" w:rsidRDefault="00135DF0">
      <w:pPr>
        <w:rPr>
          <w:rFonts w:ascii="Aptos Light" w:hAnsi="Aptos Light"/>
          <w:sz w:val="24"/>
          <w:szCs w:val="24"/>
          <w:lang w:val="es-UY"/>
        </w:rPr>
        <w:sectPr w:rsidR="00995DD2" w:rsidRPr="00995DD2" w:rsidSect="00995DD2">
          <w:pgSz w:w="12240" w:h="15840"/>
          <w:pgMar w:top="1417" w:right="1701" w:bottom="1417" w:left="1701" w:header="720" w:footer="720" w:gutter="0"/>
          <w:cols w:space="720"/>
          <w:titlePg/>
          <w:docGrid w:linePitch="360"/>
        </w:sectPr>
      </w:pPr>
      <w:r w:rsidRPr="00995DD2">
        <w:rPr>
          <w:rFonts w:ascii="Aptos Light" w:hAnsi="Aptos Light"/>
          <w:sz w:val="24"/>
          <w:szCs w:val="24"/>
          <w:lang w:val="es-UY"/>
        </w:rPr>
        <w:t>Sin otro particular, saluda atentamente:</w:t>
      </w:r>
      <w:r w:rsidRPr="00995DD2">
        <w:rPr>
          <w:rFonts w:ascii="Aptos Light" w:hAnsi="Aptos Light"/>
          <w:sz w:val="24"/>
          <w:szCs w:val="24"/>
          <w:lang w:val="es-UY"/>
        </w:rPr>
        <w:br/>
      </w:r>
    </w:p>
    <w:p w14:paraId="07A1C98E" w14:textId="77777777" w:rsidR="00310B86" w:rsidRPr="00995DD2" w:rsidRDefault="00135DF0" w:rsidP="00995DD2">
      <w:pPr>
        <w:spacing w:line="240" w:lineRule="auto"/>
        <w:rPr>
          <w:rFonts w:ascii="Aptos Light" w:hAnsi="Aptos Light"/>
          <w:sz w:val="24"/>
          <w:szCs w:val="24"/>
          <w:lang w:val="es-UY"/>
        </w:rPr>
      </w:pPr>
      <w:r w:rsidRPr="00995DD2">
        <w:rPr>
          <w:rFonts w:ascii="Aptos Light" w:hAnsi="Aptos Light"/>
          <w:sz w:val="24"/>
          <w:szCs w:val="24"/>
          <w:lang w:val="es-UY"/>
        </w:rPr>
        <w:t>Por la Empresa:</w:t>
      </w:r>
    </w:p>
    <w:p w14:paraId="64BE083A" w14:textId="77777777" w:rsidR="00310B86" w:rsidRPr="00995DD2" w:rsidRDefault="00135DF0" w:rsidP="00995DD2">
      <w:pPr>
        <w:spacing w:line="240" w:lineRule="auto"/>
        <w:rPr>
          <w:rFonts w:ascii="Aptos Light" w:hAnsi="Aptos Light"/>
          <w:sz w:val="24"/>
          <w:szCs w:val="24"/>
          <w:lang w:val="es-UY"/>
        </w:rPr>
      </w:pPr>
      <w:r w:rsidRPr="00995DD2">
        <w:rPr>
          <w:rFonts w:ascii="Aptos Light" w:hAnsi="Aptos Light"/>
          <w:sz w:val="24"/>
          <w:szCs w:val="24"/>
          <w:lang w:val="es-UY"/>
        </w:rPr>
        <w:t>Firma: __________________________</w:t>
      </w:r>
    </w:p>
    <w:p w14:paraId="694E8963" w14:textId="77777777" w:rsidR="00310B86" w:rsidRPr="00995DD2" w:rsidRDefault="00135DF0" w:rsidP="00995DD2">
      <w:pPr>
        <w:pStyle w:val="Sinespaciado"/>
        <w:rPr>
          <w:lang w:val="es-UY"/>
        </w:rPr>
      </w:pPr>
      <w:r w:rsidRPr="00995DD2">
        <w:rPr>
          <w:lang w:val="es-UY"/>
        </w:rPr>
        <w:t>Aclaración: [Nombre]</w:t>
      </w:r>
    </w:p>
    <w:p w14:paraId="04F97F86" w14:textId="77777777" w:rsidR="00310B86" w:rsidRPr="00995DD2" w:rsidRDefault="00135DF0" w:rsidP="00995DD2">
      <w:pPr>
        <w:pStyle w:val="Sinespaciado"/>
        <w:rPr>
          <w:lang w:val="es-UY"/>
        </w:rPr>
      </w:pPr>
      <w:r w:rsidRPr="00995DD2">
        <w:rPr>
          <w:lang w:val="es-UY"/>
        </w:rPr>
        <w:t>C.I.: [CI]</w:t>
      </w:r>
    </w:p>
    <w:p w14:paraId="669BC560" w14:textId="77777777" w:rsidR="00995DD2" w:rsidRPr="00995DD2" w:rsidRDefault="00135DF0" w:rsidP="00995DD2">
      <w:pPr>
        <w:pStyle w:val="Sinespaciado"/>
        <w:rPr>
          <w:lang w:val="es-UY"/>
        </w:rPr>
      </w:pPr>
      <w:r w:rsidRPr="00995DD2">
        <w:rPr>
          <w:lang w:val="es-UY"/>
        </w:rPr>
        <w:t>Cargo: [Cargo]</w:t>
      </w:r>
    </w:p>
    <w:p w14:paraId="74EC9936" w14:textId="77777777" w:rsidR="00995DD2" w:rsidRPr="00995DD2" w:rsidRDefault="00995DD2" w:rsidP="00995DD2">
      <w:pPr>
        <w:spacing w:line="240" w:lineRule="auto"/>
        <w:rPr>
          <w:rFonts w:ascii="Aptos Light" w:hAnsi="Aptos Light"/>
          <w:sz w:val="24"/>
          <w:szCs w:val="24"/>
          <w:lang w:val="es-UY"/>
        </w:rPr>
      </w:pPr>
    </w:p>
    <w:p w14:paraId="2DF47EFB" w14:textId="5A04603B" w:rsidR="00310B86" w:rsidRPr="00995DD2" w:rsidRDefault="00135DF0" w:rsidP="00995DD2">
      <w:pPr>
        <w:spacing w:line="240" w:lineRule="auto"/>
        <w:rPr>
          <w:rFonts w:ascii="Aptos Light" w:hAnsi="Aptos Light"/>
          <w:sz w:val="24"/>
          <w:szCs w:val="24"/>
          <w:lang w:val="es-UY"/>
        </w:rPr>
      </w:pPr>
      <w:r w:rsidRPr="00995DD2">
        <w:rPr>
          <w:rFonts w:ascii="Aptos Light" w:hAnsi="Aptos Light"/>
          <w:sz w:val="24"/>
          <w:szCs w:val="24"/>
          <w:lang w:val="es-UY"/>
        </w:rPr>
        <w:t>Por la ECA:</w:t>
      </w:r>
    </w:p>
    <w:p w14:paraId="17B8409F" w14:textId="77777777" w:rsidR="00310B86" w:rsidRPr="00995DD2" w:rsidRDefault="00135DF0">
      <w:pPr>
        <w:rPr>
          <w:rFonts w:ascii="Aptos Light" w:hAnsi="Aptos Light"/>
          <w:sz w:val="24"/>
          <w:szCs w:val="24"/>
          <w:lang w:val="es-UY"/>
        </w:rPr>
      </w:pPr>
      <w:r w:rsidRPr="00995DD2">
        <w:rPr>
          <w:rFonts w:ascii="Aptos Light" w:hAnsi="Aptos Light"/>
          <w:sz w:val="24"/>
          <w:szCs w:val="24"/>
          <w:lang w:val="es-UY"/>
        </w:rPr>
        <w:t>Firma: __________________________</w:t>
      </w:r>
    </w:p>
    <w:p w14:paraId="1293DAA6" w14:textId="77777777" w:rsidR="00310B86" w:rsidRPr="00995DD2" w:rsidRDefault="00135DF0" w:rsidP="00995DD2">
      <w:pPr>
        <w:pStyle w:val="Sinespaciado"/>
        <w:rPr>
          <w:lang w:val="es-UY"/>
        </w:rPr>
      </w:pPr>
      <w:r w:rsidRPr="00995DD2">
        <w:rPr>
          <w:lang w:val="es-UY"/>
        </w:rPr>
        <w:t>Aclaración: [Nombre]</w:t>
      </w:r>
    </w:p>
    <w:p w14:paraId="4D37BF56" w14:textId="77777777" w:rsidR="00310B86" w:rsidRPr="00995DD2" w:rsidRDefault="00135DF0" w:rsidP="00995DD2">
      <w:pPr>
        <w:pStyle w:val="Sinespaciado"/>
        <w:rPr>
          <w:lang w:val="es-UY"/>
        </w:rPr>
      </w:pPr>
      <w:r w:rsidRPr="00995DD2">
        <w:rPr>
          <w:lang w:val="es-UY"/>
        </w:rPr>
        <w:t>C.I.: [CI]</w:t>
      </w:r>
    </w:p>
    <w:p w14:paraId="6EB42673" w14:textId="77777777" w:rsidR="00310B86" w:rsidRPr="00995DD2" w:rsidRDefault="00135DF0" w:rsidP="00995DD2">
      <w:pPr>
        <w:pStyle w:val="Sinespaciado"/>
        <w:rPr>
          <w:lang w:val="es-UY"/>
        </w:rPr>
      </w:pPr>
      <w:r w:rsidRPr="00995DD2">
        <w:rPr>
          <w:lang w:val="es-UY"/>
        </w:rPr>
        <w:t>Cargo: [Cargo]</w:t>
      </w:r>
    </w:p>
    <w:sectPr w:rsidR="00310B86" w:rsidRPr="00995DD2" w:rsidSect="00995DD2">
      <w:type w:val="continuous"/>
      <w:pgSz w:w="12240" w:h="15840"/>
      <w:pgMar w:top="1440" w:right="1800" w:bottom="1440" w:left="180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032D0" w14:textId="77777777" w:rsidR="00286D41" w:rsidRDefault="00286D41" w:rsidP="00C140BE">
      <w:pPr>
        <w:spacing w:after="0" w:line="240" w:lineRule="auto"/>
      </w:pPr>
      <w:r>
        <w:separator/>
      </w:r>
    </w:p>
  </w:endnote>
  <w:endnote w:type="continuationSeparator" w:id="0">
    <w:p w14:paraId="3B159C92" w14:textId="77777777" w:rsidR="00286D41" w:rsidRDefault="00286D41" w:rsidP="00C14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Light">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BE15F" w14:textId="77777777" w:rsidR="00286D41" w:rsidRDefault="00286D41" w:rsidP="00C140BE">
      <w:pPr>
        <w:spacing w:after="0" w:line="240" w:lineRule="auto"/>
      </w:pPr>
      <w:r>
        <w:separator/>
      </w:r>
    </w:p>
  </w:footnote>
  <w:footnote w:type="continuationSeparator" w:id="0">
    <w:p w14:paraId="7F0F6E87" w14:textId="77777777" w:rsidR="00286D41" w:rsidRDefault="00286D41" w:rsidP="00C140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13403E4B"/>
    <w:multiLevelType w:val="hybridMultilevel"/>
    <w:tmpl w:val="0C241F48"/>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num w:numId="1" w16cid:durableId="1155874393">
    <w:abstractNumId w:val="8"/>
  </w:num>
  <w:num w:numId="2" w16cid:durableId="1287540044">
    <w:abstractNumId w:val="6"/>
  </w:num>
  <w:num w:numId="3" w16cid:durableId="1637947962">
    <w:abstractNumId w:val="5"/>
  </w:num>
  <w:num w:numId="4" w16cid:durableId="618150350">
    <w:abstractNumId w:val="4"/>
  </w:num>
  <w:num w:numId="5" w16cid:durableId="1244871615">
    <w:abstractNumId w:val="7"/>
  </w:num>
  <w:num w:numId="6" w16cid:durableId="40828931">
    <w:abstractNumId w:val="3"/>
  </w:num>
  <w:num w:numId="7" w16cid:durableId="467020250">
    <w:abstractNumId w:val="2"/>
  </w:num>
  <w:num w:numId="8" w16cid:durableId="1167674318">
    <w:abstractNumId w:val="1"/>
  </w:num>
  <w:num w:numId="9" w16cid:durableId="314603519">
    <w:abstractNumId w:val="0"/>
  </w:num>
  <w:num w:numId="10" w16cid:durableId="6627755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2180"/>
    <w:rsid w:val="0006063C"/>
    <w:rsid w:val="000936D1"/>
    <w:rsid w:val="000E7EC9"/>
    <w:rsid w:val="00135DF0"/>
    <w:rsid w:val="0015074B"/>
    <w:rsid w:val="001D4667"/>
    <w:rsid w:val="00276E5D"/>
    <w:rsid w:val="00286D41"/>
    <w:rsid w:val="0029639D"/>
    <w:rsid w:val="002B6DF8"/>
    <w:rsid w:val="002E696D"/>
    <w:rsid w:val="00310B86"/>
    <w:rsid w:val="00326F90"/>
    <w:rsid w:val="003E0FEC"/>
    <w:rsid w:val="00457DB3"/>
    <w:rsid w:val="007D24DF"/>
    <w:rsid w:val="00834D12"/>
    <w:rsid w:val="00995DD2"/>
    <w:rsid w:val="00AA1D8D"/>
    <w:rsid w:val="00AC1116"/>
    <w:rsid w:val="00B47730"/>
    <w:rsid w:val="00C140BE"/>
    <w:rsid w:val="00CB0664"/>
    <w:rsid w:val="00D83321"/>
    <w:rsid w:val="00E27940"/>
    <w:rsid w:val="00E90293"/>
    <w:rsid w:val="00F02123"/>
    <w:rsid w:val="00F679A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18DF1A"/>
  <w14:defaultImageDpi w14:val="300"/>
  <w15:docId w15:val="{9FBAA745-12BE-488F-935D-FFB5C829C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AFDF6156ADEDA48BDDFE69FCEEFDD6F" ma:contentTypeVersion="15" ma:contentTypeDescription="Crear nuevo documento." ma:contentTypeScope="" ma:versionID="40aacfa40e776d1bf0d0ad0aaad6f2cf">
  <xsd:schema xmlns:xsd="http://www.w3.org/2001/XMLSchema" xmlns:xs="http://www.w3.org/2001/XMLSchema" xmlns:p="http://schemas.microsoft.com/office/2006/metadata/properties" xmlns:ns2="38c4de91-68ad-4edb-9627-8f1b6e64c4db" xmlns:ns3="d815630e-6fae-40ed-8de6-d65b8f6b6963" targetNamespace="http://schemas.microsoft.com/office/2006/metadata/properties" ma:root="true" ma:fieldsID="2ba9faa9444ef9c52ed903942c37c06c" ns2:_="" ns3:_="">
    <xsd:import namespace="38c4de91-68ad-4edb-9627-8f1b6e64c4db"/>
    <xsd:import namespace="d815630e-6fae-40ed-8de6-d65b8f6b696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4de91-68ad-4edb-9627-8f1b6e64c4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8ad85f51-9230-4a91-a537-1101e7b27e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15630e-6fae-40ed-8de6-d65b8f6b696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15" nillable="true" ma:displayName="Taxonomy Catch All Column" ma:hidden="true" ma:list="{050ebe50-8bf1-4fd6-bfb7-49ac1edc70d1}" ma:internalName="TaxCatchAll" ma:showField="CatchAllData" ma:web="d815630e-6fae-40ed-8de6-d65b8f6b69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c4de91-68ad-4edb-9627-8f1b6e64c4db">
      <Terms xmlns="http://schemas.microsoft.com/office/infopath/2007/PartnerControls"/>
    </lcf76f155ced4ddcb4097134ff3c332f>
    <TaxCatchAll xmlns="d815630e-6fae-40ed-8de6-d65b8f6b696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1A690-F647-4748-BBFB-8306081FC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4de91-68ad-4edb-9627-8f1b6e64c4db"/>
    <ds:schemaRef ds:uri="d815630e-6fae-40ed-8de6-d65b8f6b69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BB870D-8508-4027-B22B-258D3014DD6F}">
  <ds:schemaRefs>
    <ds:schemaRef ds:uri="http://schemas.microsoft.com/office/2006/metadata/properties"/>
    <ds:schemaRef ds:uri="http://schemas.microsoft.com/office/infopath/2007/PartnerControls"/>
    <ds:schemaRef ds:uri="38c4de91-68ad-4edb-9627-8f1b6e64c4db"/>
    <ds:schemaRef ds:uri="d815630e-6fae-40ed-8de6-d65b8f6b6963"/>
  </ds:schemaRefs>
</ds:datastoreItem>
</file>

<file path=customXml/itemProps3.xml><?xml version="1.0" encoding="utf-8"?>
<ds:datastoreItem xmlns:ds="http://schemas.openxmlformats.org/officeDocument/2006/customXml" ds:itemID="{BF332A55-0E1C-48E7-AC29-A171EAA41710}">
  <ds:schemaRefs>
    <ds:schemaRef ds:uri="http://schemas.microsoft.com/sharepoint/v3/contenttype/form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487</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Agustina Piuma - Externo</cp:lastModifiedBy>
  <cp:revision>12</cp:revision>
  <cp:lastPrinted>2026-05-08T13:12:00Z</cp:lastPrinted>
  <dcterms:created xsi:type="dcterms:W3CDTF">2026-05-08T13:14:00Z</dcterms:created>
  <dcterms:modified xsi:type="dcterms:W3CDTF">2026-08-20T17:36:00Z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0x0101000AFDF6156ADEDA48BDDFE69FCEEFDD6F</vt:lpwstr>
  </property>
  <property fmtid="{D5CDD505-2E9C-101B-9397-08002B2CF9AE}" pid="3" name="MediaServiceImageTags">
    <vt:lpwstr/>
  </property>
</Properties>
</file>